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PROHLÁŠENÍ ZÁKONNÉHO ZÁSTUPCE DÍTĚTE</w:t>
      </w:r>
    </w:p>
    <w:p>
      <w:r>
        <w:t>(souhlas s ošetřením zdravotníkem tábora)</w:t>
        <w:br/>
      </w:r>
    </w:p>
    <w:p>
      <w:pPr>
        <w:pStyle w:val="Heading1"/>
      </w:pPr>
      <w:r>
        <w:t>Údaje o dítěti</w:t>
      </w:r>
    </w:p>
    <w:p>
      <w:r>
        <w:t>Jméno a příjmení dítěte: ________________________________</w:t>
      </w:r>
    </w:p>
    <w:p>
      <w:r>
        <w:t>Datum narození: ________________________________________</w:t>
      </w:r>
    </w:p>
    <w:p>
      <w:r>
        <w:t>Adresa bydliště: ________________________________________</w:t>
        <w:br/>
      </w:r>
    </w:p>
    <w:p>
      <w:pPr>
        <w:pStyle w:val="Heading1"/>
      </w:pPr>
      <w:r>
        <w:t>Údaje o zákonném zástupci</w:t>
      </w:r>
    </w:p>
    <w:p>
      <w:r>
        <w:t>Jméno a příjmení: ______________________________________</w:t>
      </w:r>
    </w:p>
    <w:p>
      <w:r>
        <w:t>Telefon: _______________________________________________</w:t>
        <w:br/>
      </w:r>
    </w:p>
    <w:p>
      <w:pPr>
        <w:pStyle w:val="Heading1"/>
      </w:pPr>
      <w:r>
        <w:t>Prohlášení</w:t>
      </w:r>
    </w:p>
    <w:p>
      <w:r>
        <w:t>Tímto prohlašuji, že souhlasím s účastí mého dítěte na dětském táboře a beru na vědomí, že v případě potřeby bude ošetřeno zdravotníkem tábora. Uděluji souhlas zdravotníkovi k provedení nezbytného ošetření, zejména ošetření drobných poranění a podání běžně dostupných léků. V případě vážnějšího stavu souhlasím s přivoláním lékařské pomoci a případným převozem dítěte do zdravotnického zařízení.</w:t>
      </w:r>
    </w:p>
    <w:p>
      <w:pPr>
        <w:pStyle w:val="Heading1"/>
      </w:pPr>
      <w:r>
        <w:t>Zdravotní informace</w:t>
      </w:r>
    </w:p>
    <w:p>
      <w:r>
        <w:t>Alergie / omezení: ______________________________________</w:t>
      </w:r>
    </w:p>
    <w:p>
      <w:r>
        <w:t>Užívané léky: ___________________________________________</w:t>
      </w:r>
    </w:p>
    <w:p>
      <w:r>
        <w:t>Další důležité informace: _________________________________</w:t>
        <w:br/>
      </w:r>
    </w:p>
    <w:p>
      <w:r>
        <w:t>V __________________ dne ________________</w:t>
      </w:r>
    </w:p>
    <w:p>
      <w:r>
        <w:t>Podpis zákonného zástupce: 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